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AD"/>
          <w:sz w:val="48"/>
        </w:rPr>
        <w:t>Lebenslauf</w:t>
      </w:r>
    </w:p>
    <w:p>
      <w:r>
        <w:rPr>
          <w:b/>
          <w:sz w:val="28"/>
        </w:rPr>
        <w:t>[Vorname Nachname]</w:t>
      </w:r>
      <w:r>
        <w:rPr>
          <w:color w:val="5F6B76"/>
        </w:rPr>
        <w:br/>
        <w:t>[Optional: professional photo top-right — not required in Germany]</w:t>
      </w:r>
    </w:p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PERSÖNLICHE DATEN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3"/>
        <w:gridCol w:w="4873"/>
      </w:tblGrid>
      <w:tr>
        <w:tc>
          <w:tcPr>
            <w:tcW w:type="dxa" w:w="2381"/>
          </w:tcPr>
          <w:p>
            <w:r>
              <w:rPr>
                <w:b/>
                <w:color w:val="5F6B76"/>
              </w:rPr>
              <w:t>Adresse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[Straße Hausnummer, PLZ Stadt]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Telefon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[+49 …]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E-Mail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[vorname.nachname@email.de]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LinkedIn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[linkedin.com/in/…] (optional)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Geburtsdatum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[TT.MM.JJJJ] (optional)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Staatsangehörigkeit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[Nationality] (optional — add work permit status if relevant)</w:t>
            </w:r>
          </w:p>
        </w:tc>
      </w:tr>
    </w:tbl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BERUFSERFAHRUNG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3"/>
        <w:gridCol w:w="4873"/>
      </w:tblGrid>
      <w:tr>
        <w:tc>
          <w:tcPr>
            <w:tcW w:type="dxa" w:w="2381"/>
          </w:tcPr>
          <w:p>
            <w:r>
              <w:rPr>
                <w:b/>
                <w:color w:val="5F6B76"/>
              </w:rPr>
              <w:t>[MM/JJJJ] – heute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[Position / Job title]</w:t>
              <w:br/>
            </w:r>
            <w:r>
              <w:t>[Company], [City]</w:t>
              <w:br/>
            </w:r>
            <w:r>
              <w:t>• [Result-focused achievement with a number]</w:t>
              <w:br/>
            </w:r>
            <w:r>
              <w:t>• [Main responsibility]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[MM/JJJJ] – [MM/JJJJ]</w:t>
            </w:r>
          </w:p>
        </w:tc>
        <w:tc>
          <w:tcPr>
            <w:tcW w:type="dxa" w:w="7030"/>
          </w:tcPr>
          <w:p>
            <w:r>
              <w:rPr>
                <w:b/>
              </w:rPr>
              <w:t>Werkstudent/in [Bereich]</w:t>
              <w:br/>
            </w:r>
            <w:r>
              <w:t>[Company], [City]</w:t>
              <w:br/>
            </w:r>
            <w:r>
              <w:t>• [What you did and what changed because of it]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[MM/JJJJ] – [MM/JJJJ]</w:t>
            </w:r>
          </w:p>
        </w:tc>
        <w:tc>
          <w:tcPr>
            <w:tcW w:type="dxa" w:w="7030"/>
          </w:tcPr>
          <w:p>
            <w:r>
              <w:rPr>
                <w:b/>
              </w:rPr>
              <w:t>Praktikum [Bereich]</w:t>
              <w:br/>
            </w:r>
            <w:r>
              <w:t>[Company], [City]</w:t>
              <w:br/>
            </w:r>
            <w:r>
              <w:t>• [Achievement]</w:t>
            </w:r>
          </w:p>
        </w:tc>
      </w:tr>
    </w:tbl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AUSBILDUNG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3"/>
        <w:gridCol w:w="4873"/>
      </w:tblGrid>
      <w:tr>
        <w:tc>
          <w:tcPr>
            <w:tcW w:type="dxa" w:w="2381"/>
          </w:tcPr>
          <w:p>
            <w:r>
              <w:rPr>
                <w:b/>
                <w:color w:val="5F6B76"/>
              </w:rPr>
              <w:t>[MM/JJJJ] – heute</w:t>
            </w:r>
          </w:p>
        </w:tc>
        <w:tc>
          <w:tcPr>
            <w:tcW w:type="dxa" w:w="7030"/>
          </w:tcPr>
          <w:p>
            <w:r>
              <w:rPr>
                <w:b/>
              </w:rPr>
              <w:t>M.Sc. [Studiengang]</w:t>
              <w:br/>
            </w:r>
            <w:r>
              <w:t>[Universität], [Stadt]</w:t>
              <w:br/>
            </w:r>
            <w:r>
              <w:t>Schwerpunkte: [Focus areas] · Voraussichtlicher Abschluss: [MM/JJJJ]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[MM/JJJJ] – [MM/JJJJ]</w:t>
            </w:r>
          </w:p>
        </w:tc>
        <w:tc>
          <w:tcPr>
            <w:tcW w:type="dxa" w:w="7030"/>
          </w:tcPr>
          <w:p>
            <w:r>
              <w:rPr>
                <w:b/>
              </w:rPr>
              <w:t>B.Sc./B.Tech. [Studiengang]</w:t>
              <w:br/>
            </w:r>
            <w:r>
              <w:t>[University], [Country]</w:t>
              <w:br/>
            </w:r>
            <w:r>
              <w:t>Abschlussnote: [grade] (German equivalent: [x,x] if known)</w:t>
            </w:r>
          </w:p>
        </w:tc>
      </w:tr>
    </w:tbl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KENNTNISSE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3"/>
        <w:gridCol w:w="4873"/>
      </w:tblGrid>
      <w:tr>
        <w:tc>
          <w:tcPr>
            <w:tcW w:type="dxa" w:w="2381"/>
          </w:tcPr>
          <w:p>
            <w:r>
              <w:rPr>
                <w:b/>
                <w:color w:val="5F6B76"/>
              </w:rPr>
              <w:t>Sprachen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[Englisch] – verhandlungssicher (C1)</w:t>
              <w:br/>
            </w:r>
            <w:r>
              <w:t>[Deutsch] – gute Kenntnisse (B1), Kurs B2 läuft</w:t>
              <w:br/>
            </w:r>
            <w:r>
              <w:t>[Muttersprache] – Muttersprache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IT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[Software, tools, programming languages]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5F6B76"/>
              </w:rPr>
              <w:t>Zertifikate</w:t>
            </w:r>
          </w:p>
        </w:tc>
        <w:tc>
          <w:tcPr>
            <w:tcW w:type="dxa" w:w="7030"/>
          </w:tcPr>
          <w:p>
            <w:r>
              <w:rPr>
                <w:b/>
              </w:rPr>
              <w:t>[Certificate, issuer, year]</w:t>
            </w:r>
          </w:p>
        </w:tc>
      </w:tr>
    </w:tbl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INTERESSEN</w:t>
      </w:r>
    </w:p>
    <w:p>
      <w:r>
        <w:t>[2–3 genuine interests, e.g. Volunteering at …, Football club, Photography]</w:t>
      </w:r>
    </w:p>
    <w:p/>
    <w:p>
      <w:r>
        <w:t>[Stadt], [TT.MM.JJJJ]</w:t>
      </w:r>
    </w:p>
    <w:p>
      <w:r>
        <w:t>______________________</w:t>
        <w:br/>
        <w:t>[Unterschrift / Signature — optional for online applications]</w:t>
      </w:r>
    </w:p>
    <w:p>
      <w:r>
        <w:br w:type="page"/>
      </w:r>
    </w:p>
    <w:p>
      <w:r>
        <w:rPr>
          <w:b/>
          <w:color w:val="0B5CAD"/>
          <w:sz w:val="26"/>
        </w:rPr>
        <w:t>How to use this German CV template (delete this page before sending)</w:t>
      </w:r>
    </w:p>
    <w:p>
      <w:pPr>
        <w:pStyle w:val="ListBullet"/>
      </w:pPr>
      <w:r>
        <w:t>Keep it to 1–2 pages. German recruiters prefer a clean, tabular layout like this one.</w:t>
      </w:r>
    </w:p>
    <w:p>
      <w:pPr>
        <w:pStyle w:val="ListBullet"/>
      </w:pPr>
      <w:r>
        <w:t>List experience and education in reverse chronological order (newest first) with exact months (MM/JJJJ).</w:t>
      </w:r>
    </w:p>
    <w:p>
      <w:pPr>
        <w:pStyle w:val="ListBullet"/>
      </w:pPr>
      <w:r>
        <w:t>Gaps longer than about 3 months: add a short line (e.g. 'Sprachkurs Deutsch B1', 'Bewerbungsphase').</w:t>
      </w:r>
    </w:p>
    <w:p>
      <w:pPr>
        <w:pStyle w:val="ListBullet"/>
      </w:pPr>
      <w:r>
        <w:t>Photo, date of birth, nationality and marital status are optional. Leave them out if you prefer — employers may not discriminate on these grounds.</w:t>
      </w:r>
    </w:p>
    <w:p>
      <w:pPr>
        <w:pStyle w:val="ListBullet"/>
      </w:pPr>
      <w:r>
        <w:t>State German level honestly with CEFR levels (A1–C2). 'Kurs B2 läuft' shows progress.</w:t>
      </w:r>
    </w:p>
    <w:p>
      <w:pPr>
        <w:pStyle w:val="ListBullet"/>
      </w:pPr>
      <w:r>
        <w:t>Use the job ad's keywords — many companies screen CVs with software first.</w:t>
      </w:r>
    </w:p>
    <w:p>
      <w:pPr>
        <w:pStyle w:val="ListBullet"/>
      </w:pPr>
      <w:r>
        <w:t>Save as PDF named 'Lebenslauf_Vorname_Nachname.pdf'.</w:t>
      </w:r>
    </w:p>
    <w:p>
      <w:pPr>
        <w:pStyle w:val="ListBullet"/>
      </w:pPr>
      <w:r>
        <w:t>Write the CV in the language of the job ad (German ad → German CV).</w:t>
      </w:r>
    </w:p>
    <w:p>
      <w:r>
        <w:rPr>
          <w:b/>
        </w:rPr>
        <w:t xml:space="preserve">Want a matching cover letter (Anschreiben), 5 more CV designs and Werkstudent examples? </w:t>
      </w:r>
      <w:r>
        <w:t>See the CV &amp; Cover Letter Pack at germancampus.com/products/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B76"/>
        <w:sz w:val="16"/>
      </w:rPr>
      <w:t>Free template from German Campus — more templates &amp; checklists: germancampus.com/products/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