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5CAD"/>
          <w:sz w:val="44"/>
        </w:rPr>
        <w:t>Kündigung Letter Templates</w:t>
      </w:r>
    </w:p>
    <w:p>
      <w:r>
        <w:rPr>
          <w:color w:val="5F6B76"/>
        </w:rPr>
        <w:t>3 ready-to-use German cancellation letters: mobile/internet contract, gym membership and apartment. Replace everything in [brackets], print, sign and send.</w:t>
      </w:r>
    </w:p>
    <w:p>
      <w:pPr>
        <w:spacing w:before="240" w:after="80"/>
        <w:pBdr>
          <w:bottom w:val="single" w:sz="6" w:color="0B5CAD" w:space="1"/>
        </w:pBdr>
      </w:pPr>
      <w:r>
        <w:rPr>
          <w:b/>
          <w:color w:val="0B5CAD"/>
          <w:sz w:val="26"/>
        </w:rPr>
        <w:t>BEFORE YOU SEND</w:t>
      </w:r>
    </w:p>
    <w:p>
      <w:pPr>
        <w:pStyle w:val="ListBullet"/>
      </w:pPr>
      <w:r>
        <w:t>Check your contract's notice period (Kündigungsfrist) and minimum term (Mindestvertragslaufzeit).</w:t>
      </w:r>
    </w:p>
    <w:p>
      <w:pPr>
        <w:pStyle w:val="ListBullet"/>
      </w:pPr>
      <w:r>
        <w:t>Mobile, internet and gym contracts: many can also be cancelled online via the provider's 'Verträge hier kündigen' button. A letter still works and gives you proof.</w:t>
      </w:r>
    </w:p>
    <w:p>
      <w:pPr>
        <w:pStyle w:val="ListBullet"/>
      </w:pPr>
      <w:r>
        <w:t>Apartment: the notice MUST be on paper with your handwritten signature. Email, fax or WhatsApp are not valid. All tenants named in the lease must sign.</w:t>
      </w:r>
    </w:p>
    <w:p>
      <w:pPr>
        <w:pStyle w:val="ListBullet"/>
      </w:pPr>
      <w:r>
        <w:t>Send it by Einschreiben (registered mail) or hand it over with a witness, and keep a copy.</w:t>
      </w:r>
    </w:p>
    <w:p>
      <w:pPr>
        <w:pStyle w:val="ListBullet"/>
      </w:pPr>
      <w:r>
        <w:t>Always ask for a written confirmation (Kündigungsbestätigung).</w:t>
      </w:r>
    </w:p>
    <w:p>
      <w:pPr>
        <w:pStyle w:val="ListBullet"/>
      </w:pPr>
      <w:r>
        <w:t>These templates are general examples, not legal advice. When in doubt, ask a Mieterverein or consumer advice centre (Verbraucherzentrale).</w:t>
      </w:r>
    </w:p>
    <w:p>
      <w:r>
        <w:br w:type="page"/>
      </w:r>
    </w:p>
    <w:p>
      <w:r>
        <w:rPr>
          <w:b/>
          <w:color w:val="0B5CAD"/>
          <w:sz w:val="24"/>
        </w:rPr>
        <w:t>1 · Mobile phone / Internet contract</w:t>
      </w:r>
    </w:p>
    <w:p>
      <w:r>
        <w:t>[Vorname Nachname]</w:t>
        <w:br/>
        <w:t>[Straße Hausnummer]</w:t>
        <w:br/>
        <w:t>[PLZ Ort]</w:t>
      </w:r>
    </w:p>
    <w:p>
      <w:r>
        <w:t>[Anbieter, z. B. Telekom / Vodafone / O2]</w:t>
        <w:br/>
        <w:t>Kundenservice</w:t>
        <w:br/>
        <w:t>[Adresse des Anbieters]</w:t>
      </w:r>
    </w:p>
    <w:p>
      <w:pPr>
        <w:jc w:val="right"/>
      </w:pPr>
      <w:r>
        <w:t>[Ort], [TT.MM.JJJJ]</w:t>
      </w:r>
    </w:p>
    <w:p>
      <w:r>
        <w:rPr>
          <w:b/>
        </w:rPr>
        <w:t>Kündigung meines Vertrags – Kundennummer [12345678], Vertragsnummer [ …]</w:t>
      </w:r>
    </w:p>
    <w:p>
      <w:r>
        <w:t>Sehr geehrte Damen und Herren,</w:t>
      </w:r>
    </w:p>
    <w:p>
      <w:r>
        <w:t>hiermit kündige ich meinen oben genannten Vertrag fristgerecht zum nächstmöglichen Zeitpunkt.</w:t>
      </w:r>
    </w:p>
    <w:p>
      <w:r>
        <w:t>Bitte senden Sie mir eine schriftliche Bestätigung der Kündigung unter Angabe des Beendigungsdatums zu.</w:t>
      </w:r>
    </w:p>
    <w:p>
      <w:r>
        <w:t>[Optional:] Gleichzeitig widerrufe ich die Ihnen erteilte Einzugsermächtigung (SEPA-Lastschriftmandat) zum Vertragsende.</w:t>
      </w:r>
    </w:p>
    <w:p>
      <w:r>
        <w:t>[Optional: Bitte übermitteln Sie mir den Code zur Rufnummernmitnahme.]</w:t>
      </w:r>
    </w:p>
    <w:p>
      <w:r>
        <w:t>Mit freundlichen Grüßen</w:t>
        <w:br/>
        <w:br/>
        <w:br/>
        <w:t>______________________</w:t>
        <w:br/>
        <w:t>[Vorname Nachname]</w:t>
      </w:r>
    </w:p>
    <w:p>
      <w:r>
        <w:br w:type="page"/>
      </w:r>
    </w:p>
    <w:p>
      <w:r>
        <w:rPr>
          <w:b/>
          <w:color w:val="0B5CAD"/>
          <w:sz w:val="24"/>
        </w:rPr>
        <w:t>2 · Gym membership (Fitnessstudio)</w:t>
      </w:r>
    </w:p>
    <w:p>
      <w:r>
        <w:t>[Vorname Nachname]</w:t>
        <w:br/>
        <w:t>[Straße Hausnummer]</w:t>
        <w:br/>
        <w:t>[PLZ Ort]</w:t>
      </w:r>
    </w:p>
    <w:p>
      <w:r>
        <w:t>[Name des Fitnessstudios]</w:t>
        <w:br/>
        <w:t>[Adresse]</w:t>
      </w:r>
    </w:p>
    <w:p>
      <w:pPr>
        <w:jc w:val="right"/>
      </w:pPr>
      <w:r>
        <w:t>[Ort], [TT.MM.JJJJ]</w:t>
      </w:r>
    </w:p>
    <w:p>
      <w:r>
        <w:rPr>
          <w:b/>
        </w:rPr>
        <w:t>Kündigung meiner Mitgliedschaft – Mitgliedsnummer [ …]</w:t>
      </w:r>
    </w:p>
    <w:p>
      <w:r>
        <w:t>Sehr geehrte Damen und Herren,</w:t>
      </w:r>
    </w:p>
    <w:p>
      <w:r>
        <w:t>hiermit kündige ich meine Mitgliedschaft fristgerecht zum nächstmöglichen Termin.</w:t>
      </w:r>
    </w:p>
    <w:p>
      <w:r>
        <w:t>Bitte bestätigen Sie mir den Eingang dieser Kündigung sowie das Datum der Vertragsbeendigung schriftlich.</w:t>
      </w:r>
    </w:p>
    <w:p>
      <w:r>
        <w:t>Ich widerrufe die erteilte Einzugsermächtigung mit Wirkung zum Vertragsende.</w:t>
      </w:r>
    </w:p>
    <w:p>
      <w:r>
        <w:t>Mit freundlichen Grüßen</w:t>
        <w:br/>
        <w:br/>
        <w:br/>
        <w:t>______________________</w:t>
        <w:br/>
        <w:t>[Vorname Nachname]</w:t>
      </w:r>
    </w:p>
    <w:p>
      <w:r>
        <w:br w:type="page"/>
      </w:r>
    </w:p>
    <w:p>
      <w:r>
        <w:rPr>
          <w:b/>
          <w:color w:val="0B5CAD"/>
          <w:sz w:val="24"/>
        </w:rPr>
        <w:t>3 · Apartment (Mietwohnung) — tenant's notice</w:t>
      </w:r>
    </w:p>
    <w:p>
      <w:r>
        <w:t>[Vorname Nachname]</w:t>
        <w:br/>
        <w:t>[Straße Hausnummer]</w:t>
        <w:br/>
        <w:t>[PLZ Ort]</w:t>
      </w:r>
    </w:p>
    <w:p>
      <w:r>
        <w:t>[Name Vermieter/in oder Hausverwaltung]</w:t>
        <w:br/>
        <w:t>[Adresse]</w:t>
      </w:r>
    </w:p>
    <w:p>
      <w:pPr>
        <w:jc w:val="right"/>
      </w:pPr>
      <w:r>
        <w:t>[Ort], [TT.MM.JJJJ]</w:t>
      </w:r>
    </w:p>
    <w:p>
      <w:r>
        <w:rPr>
          <w:b/>
        </w:rPr>
        <w:t>Kündigung des Mietvertrags für die Wohnung [Straße, Hausnummer, Etage/Lage, PLZ Ort]</w:t>
      </w:r>
    </w:p>
    <w:p>
      <w:r>
        <w:t>Sehr geehrte/r [Frau/Herr Nachname],</w:t>
      </w:r>
    </w:p>
    <w:p>
      <w:r>
        <w:t>hiermit kündige ich (kündigen wir) das Mietverhältnis über die oben genannte Wohnung fristgerecht zum [Datum / nächstmöglichen Zeitpunkt].</w:t>
      </w:r>
    </w:p>
    <w:p>
      <w:r>
        <w:t>Ich bitte um eine schriftliche Bestätigung der Kündigung und des Beendigungsdatums.</w:t>
      </w:r>
    </w:p>
    <w:p>
      <w:r>
        <w:t>Für die Wohnungsübergabe schlage ich folgende Termine vor: [Datum 1], [Datum 2]. Bitte überweisen Sie die Mietkaution nach Abrechnung auf folgendes Konto: IBAN [ …], Kontoinhaber/in [ …].</w:t>
      </w:r>
    </w:p>
    <w:p>
      <w:r>
        <w:t>Meine neue Anschrift lautet: [neue Adresse].</w:t>
      </w:r>
    </w:p>
    <w:p>
      <w:r>
        <w:t>Mit freundlichen Grüßen</w:t>
        <w:br/>
        <w:br/>
        <w:br/>
        <w:t>______________________</w:t>
        <w:br/>
        <w:t>[Vorname Nachname]</w:t>
      </w:r>
    </w:p>
    <w:p>
      <w:r>
        <w:rPr>
          <w:b/>
        </w:rPr>
        <w:t xml:space="preserve">Note: </w:t>
      </w:r>
      <w:r>
        <w:t>For standard tenancies the tenant's notice period is usually 3 months, and the letter must arrive by the 3rd working day of a month for that month to count. Check your lease for exceptions (e.g. a waiver of notice / Kündigungsverzicht).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B76"/>
        <w:sz w:val="16"/>
      </w:rPr>
      <w:t>Free template from German Campus — more templates &amp; checklists: germancampus.com/products/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